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الاليات والاجهزة المختصة في مكافحة جرائم الفساد والوقاية منه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9789931084327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