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الجنسية الجزائرية وفق التعديلات الجديدة بموجب الامر  05-01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كريمة محروق/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9789931080930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