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افغانستان وحلف شمال الاطلسي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محمد الجوارنة/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978957519940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