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الحكومة العالمية وتطورات النظام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يسرى كريم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الخليج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9789923230428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