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الدولة بين الشريعة والسياسة " افول المقدس وصعود المدنس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حسام كصاي/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الخليج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9789923230404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