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الدولة في الفكر السياسي الفلسطيني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الشيخ عبدالله/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9789957615758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