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المستغربون : فرق الموت الاسرائيلية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غسان دوعر/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32015511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