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حقوق الانسان في الفكر الهاشمي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عوض خلف اخو ارشيدة/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9789957519315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