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الأمن والعملية الديمقراطية في المنطقة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9789931728771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