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مكافحة الارهاب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نصر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9789957544584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سياسية (320)/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