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مجموعة الاثنين والعشرين ودورها في تفجير الثورة الجزائرية 1954 م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عبدالسلام كمون/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9789931753414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تا/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