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الميزان الصرفي عند الشيخ أحمد الحملاوي  "شذا العرف في فن الصرف " انموذجا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كموش غادة/ بومحديو نسيمة(مشرفا)/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