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الإقناع في كتاب الجديد في الأدب و النصوص و المطالعة الموجهة -السنة الثانية ثانوي للشعب الأدبية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بورقوعة سهى/ قارة بشرى/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مهارة الإقناع في كتاب الجديد في الأدب و النصوص و المطالعة الموجهة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