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خطاب الأنوثة في المجموعة القصصية" عليها ثلاثة عشر " لأمل بوشارب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وردة/ بوالطواطو الزغدة/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خطاب الأنوثة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