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"برج شهرزاد " لزكية علال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شقة فريال/ بوالجوع لبيض مريم/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البنية السردية في رواية '' برج شهرزاد''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