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أدباء ميلة - دراة تحليلية في الأسس والآليات لفطيمة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الصيد ميساء/ كنوش عبير/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معجم أدباء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