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الاعتبارات العلمية في الدرس البلاغي -أبو يعقوب السكاكي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هنوس لميس/ يخلف كنزة/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الإعتبارات العلمية في الدرس البلاغي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