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المعجمي في الدرس اللساني المغاربي الحديث - أعمال عبد العالي الودغيري-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كركوش زينة/ سباحة نادية/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المصطمح المعجمي في الدرس المساني المغاربي الحديث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