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العمل الفني في الإنتاج والتلقي -كتب المرحلة التحضيرية 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مليكة/ زرماني فريال/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سيميائية العمل الفني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