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في خطابات فهم المنطوق كتاب اللغة العربية للسنة الرابعة من التعليم المتوسط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باروق علي/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الإشاريات في خطابات فهم المنطوق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