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الاحتباك بين الدرس البلاغي والتحليل التداولي - سورة البقرة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رزيقة/ فوزار صبرينة/ مسعوداني سارة(مشرفا)/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تداولية الاحتباك بين الدرس البلاغي والتحليل التداولي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