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كتاب مدخل اللسانيات التعليمية للدكتور يوسف مقران القراءة في المصطلح والمفهوم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ناصري، خديجة/ قردوح، شهيناز/ جامع عبير/ خنطوط اسماعيل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كتاب مدخل اللسانيات التعليمية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