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امتحان تقيم المكتسبات  الحالية في السنة الخامسة ابتدائي- دراسة تقويمية-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ميمون إسمهان/ بوخبزة جنات/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امتحان تقيم المكتسبات الحالية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