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خدمات الإدارة الجبائية من وجهة نظر المكلفين بالضريبة: دراسة تطبيقية بمفتشية الضرائب -ميلة جنوب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الشيهب وسام/ هبول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