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القضاء العسكري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