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أحكام النظام المالي للزوجين على ضوء التشريع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9789931691297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