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الضمانات الدولية على المعدات المنقولة (حماية للمستثمرين وتيسير تمويل الطائرات)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عمرو محمد فضلي/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الفتح/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9789779065656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