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طب العدلي القضائي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اء عيد الله الأ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08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