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الاداري ماهية القانون الاداري-التنظيم الاداري-النشاط الاداري الكتاب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الخلايلة/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