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نصائح تعليمية للمدرسين والمدرسات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درس 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