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التدريب القيادي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هشام الطالب/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للعلوم ناشرون/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9789953298085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