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صوير في العص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أحمد البه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53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صف 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