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الاسرة على ضوء التعديل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9789931691303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