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كتاب العقد الفريد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أبى عمر أحمد بن محمد بن عبد ربه الأندلسي/ أحمد أمين، عبد السلام هارون، ابراهيم الأبياري/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28*20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090021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المخطوطات والكتب الناذرة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المخطوطات والكتب النادرة/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