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أحمد أمين، عبد السلام هارون، ابراهيم الأبياري/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