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كتاب العقد الفريد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أبى عمر أحمد بن محمد بن عبد ربه الأندلسي/ أحمد أمين، عبد السلام هارون، ابراهيم الأبياري/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الكتاب العربي/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583ص.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28*19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0900221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المخطوطات والكتب النادرة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المخطوطات والكتب النادرة/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