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المهدي بن تومرت حياته وآراؤه وثورته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الدكتور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920151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السير والتراجم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