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فهارس المعيار المعرب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بن يحيى الونشريسي/ الدكتور محمد حجي/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الغرب الإسلامي/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2100271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الدين الإسلامي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الدين الإسلامي(210)/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