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الاختصاص الاستثنائي لافراد المن العام في التحقيق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عبد السلام الصرايرة/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9789923230008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