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كتاب البيان المغرب في أخبار الأندلس والمغرب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ابن عذارى المراكشي/ كولان,ليفي بروقنسال/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الثقافة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25*17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9569831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تاريخ العرب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تاريخ العرب/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