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احتلال العراق والتصدي 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عماش فرحان محسن المحمدي/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الوطن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