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العلامة ابن خلدون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العلامة عبد الرحمن ابن خلدون المغربي/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اللبناني/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0900565121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المخطوطات والكتب النادرة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المخطوطات والكتب النادرة/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