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مسألة الإمامة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عبد الناظر/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