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استخدام اللغة العربية لدى الإعلاميين، قراءة في كتاب حُسْنُ استعمال اللُّغة العَربية في وسائل الإعلام للدكتور صالح بلعيد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لعبيد،رميسة/ نادية زيد الخير(مشرفا)/ بوزناشة،منار/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