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بلاغية لقصص تحت درجة الصفر للاديبة الجزائرية نجاة مزهود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حميدة ،روميسة/ أ. سليم مزهود/ حميدة،صابرينة/ أمغران،شيماء/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88ص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800449011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