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التعليمي من منظور لسانيات النص -كتاب التربية المدنية للسنة الخامسة ابتدائي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بورورو، رحاب/ طراد أنور (مشرفا)/ زعيتر،كريمة/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