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الاتساق والانسجام في رواية الكابوس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بوحجر ،مها/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