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مستويات التحليل اللساني في رواية "الشوك والقرنفل" ليحيى السنوار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 ش ،منال/ بومحديو نسيمة(مشرفا)/ رزايقي،خولة/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