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المعايير اللغوية في وضع المصطلحات الطبية قراءة في قاموس الإيدز الطبي لفاروق مصطفى خميس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فضالة،اية/ ضيف رضوان (مشرفا)/ حيطوم،مريم/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