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التفسير العلمي للظاهرة اللغوية قراءة في كتاب النظرية اللسانية العرفانية د راسات إبستمولوجية "أحمد عبد المنعم وعبد الرحمان طعمة'"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شاقر،خديجة/ سليمة هالة(مشرفا)/ سباحة،سعاد/ سيدي عيسى،شافية/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